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AD38E" w14:textId="77777777" w:rsidR="00F95F89" w:rsidRDefault="00B97135">
      <w:pPr>
        <w:jc w:val="center"/>
      </w:pPr>
      <w:r>
        <w:rPr>
          <w:b/>
          <w:sz w:val="32"/>
        </w:rPr>
        <w:t>Horse Rehoming Application Form (Fillable)</w:t>
      </w:r>
    </w:p>
    <w:p w14:paraId="3412DDEE" w14:textId="77777777" w:rsidR="00F95F89" w:rsidRDefault="00F95F89"/>
    <w:p w14:paraId="52D8CA27" w14:textId="77777777" w:rsidR="00F95F89" w:rsidRDefault="00B97135">
      <w:r>
        <w:rPr>
          <w:b/>
          <w:sz w:val="24"/>
        </w:rPr>
        <w:t>Owner Information</w:t>
      </w:r>
    </w:p>
    <w:p w14:paraId="61D01A13" w14:textId="77777777" w:rsidR="00F95F89" w:rsidRDefault="00B97135">
      <w:r>
        <w:t>Owner Name: ________________________________________</w:t>
      </w:r>
    </w:p>
    <w:p w14:paraId="078537ED" w14:textId="77777777" w:rsidR="00F95F89" w:rsidRDefault="00B97135">
      <w:r>
        <w:t>Phone: _______________________   Email: _______________________</w:t>
      </w:r>
    </w:p>
    <w:p w14:paraId="1CBF3D97" w14:textId="77777777" w:rsidR="00F95F89" w:rsidRDefault="00B97135">
      <w:r>
        <w:t>Mailing Address: ________________________________________________________________</w:t>
      </w:r>
    </w:p>
    <w:p w14:paraId="6FAA9010" w14:textId="77777777" w:rsidR="00F95F89" w:rsidRDefault="00B97135">
      <w:r>
        <w:t>Horse Location (if different): _____________________________________________________</w:t>
      </w:r>
    </w:p>
    <w:p w14:paraId="7D659737" w14:textId="77777777" w:rsidR="00F95F89" w:rsidRDefault="00F95F89"/>
    <w:p w14:paraId="3D671E47" w14:textId="77777777" w:rsidR="00F95F89" w:rsidRDefault="00B97135">
      <w:r>
        <w:rPr>
          <w:b/>
          <w:sz w:val="24"/>
        </w:rPr>
        <w:t>Reason for Rehoming</w:t>
      </w:r>
    </w:p>
    <w:p w14:paraId="38016907" w14:textId="77777777" w:rsidR="00F95F89" w:rsidRDefault="00B97135">
      <w:r>
        <w:t>☐</w:t>
      </w:r>
      <w:r>
        <w:t xml:space="preserve"> Owner illness/injury/death   ☐ Financial hardship   ☐ No time</w:t>
      </w:r>
    </w:p>
    <w:p w14:paraId="29270637" w14:textId="77777777" w:rsidR="00F95F89" w:rsidRDefault="00B97135">
      <w:r>
        <w:t>☐</w:t>
      </w:r>
      <w:r>
        <w:t xml:space="preserve"> Moving   ☐ Transition home   ☐ Medical ailment</w:t>
      </w:r>
    </w:p>
    <w:p w14:paraId="59262932" w14:textId="77777777" w:rsidR="00F95F89" w:rsidRDefault="00B97135">
      <w:r>
        <w:t>☐</w:t>
      </w:r>
      <w:r>
        <w:t xml:space="preserve"> Horse aged out   ☐ Needs training/too much</w:t>
      </w:r>
    </w:p>
    <w:p w14:paraId="28074C5D" w14:textId="77777777" w:rsidR="00F95F89" w:rsidRDefault="00B97135">
      <w:r>
        <w:t>Additional details: _______________________________________________________________</w:t>
      </w:r>
    </w:p>
    <w:p w14:paraId="3B096686" w14:textId="77777777" w:rsidR="00F95F89" w:rsidRDefault="00F95F89"/>
    <w:p w14:paraId="72AEFB3E" w14:textId="555CB308" w:rsidR="00F95F89" w:rsidRDefault="00B97135">
      <w:r>
        <w:rPr>
          <w:b/>
          <w:sz w:val="24"/>
        </w:rPr>
        <w:t xml:space="preserve">How did you hear about </w:t>
      </w:r>
      <w:r w:rsidR="00310DB5">
        <w:rPr>
          <w:b/>
          <w:sz w:val="24"/>
        </w:rPr>
        <w:t>Littlerock Stables</w:t>
      </w:r>
      <w:r>
        <w:rPr>
          <w:b/>
          <w:sz w:val="24"/>
        </w:rPr>
        <w:t>?</w:t>
      </w:r>
    </w:p>
    <w:p w14:paraId="3DE96E30" w14:textId="77777777" w:rsidR="00F95F89" w:rsidRDefault="00B97135">
      <w:r>
        <w:t>☐</w:t>
      </w:r>
      <w:r>
        <w:t xml:space="preserve"> Friend   ☐ Google   ☐ Facebook   ☐ Volunteer   ☐ Other: __________</w:t>
      </w:r>
    </w:p>
    <w:p w14:paraId="3F34FA3C" w14:textId="77777777" w:rsidR="00F95F89" w:rsidRDefault="00F95F89"/>
    <w:p w14:paraId="6E709E9E" w14:textId="77777777" w:rsidR="00F95F89" w:rsidRDefault="00B97135">
      <w:r>
        <w:rPr>
          <w:b/>
          <w:sz w:val="24"/>
        </w:rPr>
        <w:t>Horse Information</w:t>
      </w:r>
    </w:p>
    <w:p w14:paraId="718216E5" w14:textId="77777777" w:rsidR="00F95F89" w:rsidRDefault="00B97135">
      <w:r>
        <w:t>Horse Name: __________________   Gender: ☐ Mare ☐ Gelding ☐ Stallion</w:t>
      </w:r>
    </w:p>
    <w:p w14:paraId="26B54701" w14:textId="77777777" w:rsidR="00F95F89" w:rsidRDefault="00B97135">
      <w:r>
        <w:t>Breed: __________________   Registered? ☐ Yes ☐ No</w:t>
      </w:r>
    </w:p>
    <w:p w14:paraId="1371B5ED" w14:textId="77777777" w:rsidR="00F95F89" w:rsidRDefault="00B97135">
      <w:r>
        <w:t>Color: ___________   Height: ___________   Age/Date Foaled: ___________</w:t>
      </w:r>
    </w:p>
    <w:p w14:paraId="0C5D004B" w14:textId="77777777" w:rsidR="00F95F89" w:rsidRDefault="00B97135">
      <w:r>
        <w:t>Time Owned: ☐ &lt;1 yr ☐ 1-3 yrs ☐ 4-6 yrs ☐ 7+ yrs</w:t>
      </w:r>
    </w:p>
    <w:p w14:paraId="66E103C0" w14:textId="77777777" w:rsidR="00F95F89" w:rsidRDefault="00B97135">
      <w:r>
        <w:t>Skill Level: ☐ Beginner ☐ Intermediate ☐ Advanced ☐ Trainer</w:t>
      </w:r>
    </w:p>
    <w:p w14:paraId="6159DA07" w14:textId="77777777" w:rsidR="00F95F89" w:rsidRDefault="00B97135">
      <w:r>
        <w:lastRenderedPageBreak/>
        <w:t>Capability: ☐ Non-riding companion ☐ Lead line only ☐ Restricted ride ☐ Riding</w:t>
      </w:r>
    </w:p>
    <w:p w14:paraId="4F0E335B" w14:textId="77777777" w:rsidR="00F95F89" w:rsidRDefault="00B97135">
      <w:r>
        <w:t>Activities: _________________________________________________________________</w:t>
      </w:r>
    </w:p>
    <w:p w14:paraId="6ED50AB7" w14:textId="77777777" w:rsidR="00F95F89" w:rsidRDefault="00B97135">
      <w:r>
        <w:t>Medical Needs/Chronic Conditions: ___________________________________________</w:t>
      </w:r>
    </w:p>
    <w:p w14:paraId="7E08F474" w14:textId="77777777" w:rsidR="00F95F89" w:rsidRDefault="00B97135">
      <w:r>
        <w:t>Contagious diseases (past 6 mo)? ☐ Yes ☐ No</w:t>
      </w:r>
    </w:p>
    <w:p w14:paraId="38970E96" w14:textId="77777777" w:rsidR="00F95F89" w:rsidRDefault="00B97135">
      <w:r>
        <w:t>Gelded in last 6 mo? ☐ Yes ☐ No   Mare kept with stallion in last year? ☐ Yes ☐ No</w:t>
      </w:r>
    </w:p>
    <w:p w14:paraId="1617617E" w14:textId="77777777" w:rsidR="00F95F89" w:rsidRDefault="00B97135">
      <w:r>
        <w:t>Special feeding needs? ☐ Yes ☐ No   If yes: __________________________________</w:t>
      </w:r>
    </w:p>
    <w:p w14:paraId="1A03DFD0" w14:textId="77777777" w:rsidR="00F95F89" w:rsidRDefault="00B97135">
      <w:r>
        <w:t>Notify if euthanasia necessary? ☐ Yes ☐ No</w:t>
      </w:r>
    </w:p>
    <w:p w14:paraId="21ADFB84" w14:textId="77777777" w:rsidR="00F95F89" w:rsidRDefault="00F95F89"/>
    <w:p w14:paraId="2A96BF56" w14:textId="77777777" w:rsidR="00F95F89" w:rsidRDefault="00B97135">
      <w:r>
        <w:rPr>
          <w:b/>
          <w:sz w:val="24"/>
        </w:rPr>
        <w:t>Acknowledgment</w:t>
      </w:r>
    </w:p>
    <w:p w14:paraId="74370B8C" w14:textId="39E21F4C" w:rsidR="00F95F89" w:rsidRDefault="00B97135">
      <w:r>
        <w:t xml:space="preserve">I certify all information is truthful. I </w:t>
      </w:r>
      <w:proofErr w:type="gramStart"/>
      <w:r>
        <w:t>authorize</w:t>
      </w:r>
      <w:proofErr w:type="gramEnd"/>
      <w:r>
        <w:t xml:space="preserve"> </w:t>
      </w:r>
      <w:r w:rsidR="00310DB5">
        <w:t>Littlerock Stables</w:t>
      </w:r>
      <w:r>
        <w:t xml:space="preserve"> to contact my veterinarian for medical records. I understand </w:t>
      </w:r>
      <w:r w:rsidR="002C170E">
        <w:t>Littlerock Stables</w:t>
      </w:r>
      <w:r>
        <w:t xml:space="preserve"> may determine a course of action for my horse, which could include euthanasia if necessary.</w:t>
      </w:r>
    </w:p>
    <w:p w14:paraId="7EC2FABC" w14:textId="77777777" w:rsidR="00F95F89" w:rsidRDefault="00B97135">
      <w:r>
        <w:t>Signature: ___________________________   Date: ____________</w:t>
      </w:r>
    </w:p>
    <w:p w14:paraId="1919E853" w14:textId="77777777" w:rsidR="00F95F89" w:rsidRDefault="00F95F89"/>
    <w:p w14:paraId="11F26C88" w14:textId="77777777" w:rsidR="00F95F89" w:rsidRDefault="00B97135">
      <w:r>
        <w:rPr>
          <w:b/>
          <w:sz w:val="24"/>
        </w:rPr>
        <w:t>Courtesy Listing Option</w:t>
      </w:r>
    </w:p>
    <w:p w14:paraId="1C3A4F9C" w14:textId="1E7322D8" w:rsidR="00F95F89" w:rsidRDefault="00B97135">
      <w:r>
        <w:t xml:space="preserve">Would you like </w:t>
      </w:r>
      <w:r>
        <w:t>Littlerock Stables</w:t>
      </w:r>
      <w:r>
        <w:t xml:space="preserve"> </w:t>
      </w:r>
      <w:r>
        <w:t>to post your horse online?</w:t>
      </w:r>
    </w:p>
    <w:p w14:paraId="040CE1FA" w14:textId="77777777" w:rsidR="00F95F89" w:rsidRDefault="00B97135">
      <w:r>
        <w:t>☐</w:t>
      </w:r>
      <w:r>
        <w:t xml:space="preserve"> Yes   ☐ No</w:t>
      </w:r>
    </w:p>
    <w:p w14:paraId="7D45E02D" w14:textId="77777777" w:rsidR="00F95F89" w:rsidRDefault="00B97135">
      <w:r>
        <w:t>Biography for posting: _______________________________________________________</w:t>
      </w:r>
    </w:p>
    <w:sectPr w:rsidR="00F95F89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8C3CE" w14:textId="77777777" w:rsidR="00B97135" w:rsidRDefault="00B97135">
      <w:pPr>
        <w:spacing w:after="0" w:line="240" w:lineRule="auto"/>
      </w:pPr>
      <w:r>
        <w:separator/>
      </w:r>
    </w:p>
  </w:endnote>
  <w:endnote w:type="continuationSeparator" w:id="0">
    <w:p w14:paraId="40970596" w14:textId="77777777" w:rsidR="00B97135" w:rsidRDefault="00B97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F1587" w14:textId="77777777" w:rsidR="00B97135" w:rsidRDefault="00B97135">
      <w:pPr>
        <w:spacing w:after="0" w:line="240" w:lineRule="auto"/>
      </w:pPr>
      <w:r>
        <w:separator/>
      </w:r>
    </w:p>
  </w:footnote>
  <w:footnote w:type="continuationSeparator" w:id="0">
    <w:p w14:paraId="0F37EEDC" w14:textId="77777777" w:rsidR="00B97135" w:rsidRDefault="00B97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798E7" w14:textId="77777777" w:rsidR="00F95F89" w:rsidRDefault="00B97135">
    <w:pPr>
      <w:pStyle w:val="Header"/>
    </w:pPr>
    <w:r>
      <w:rPr>
        <w:noProof/>
      </w:rPr>
      <w:drawing>
        <wp:inline distT="0" distB="0" distL="0" distR="0" wp14:anchorId="41FBB0FA" wp14:editId="6FC13B4D">
          <wp:extent cx="2286000" cy="101272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10127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38329318">
    <w:abstractNumId w:val="8"/>
  </w:num>
  <w:num w:numId="2" w16cid:durableId="1464470284">
    <w:abstractNumId w:val="6"/>
  </w:num>
  <w:num w:numId="3" w16cid:durableId="165562804">
    <w:abstractNumId w:val="5"/>
  </w:num>
  <w:num w:numId="4" w16cid:durableId="427195635">
    <w:abstractNumId w:val="4"/>
  </w:num>
  <w:num w:numId="5" w16cid:durableId="237253493">
    <w:abstractNumId w:val="7"/>
  </w:num>
  <w:num w:numId="6" w16cid:durableId="134419684">
    <w:abstractNumId w:val="3"/>
  </w:num>
  <w:num w:numId="7" w16cid:durableId="951595448">
    <w:abstractNumId w:val="2"/>
  </w:num>
  <w:num w:numId="8" w16cid:durableId="852647856">
    <w:abstractNumId w:val="1"/>
  </w:num>
  <w:num w:numId="9" w16cid:durableId="1388333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C170E"/>
    <w:rsid w:val="00310DB5"/>
    <w:rsid w:val="00326F90"/>
    <w:rsid w:val="0047715F"/>
    <w:rsid w:val="00AA1D8D"/>
    <w:rsid w:val="00B47730"/>
    <w:rsid w:val="00B97135"/>
    <w:rsid w:val="00CB0664"/>
    <w:rsid w:val="00F95F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8375BC9E-B3FA-44B8-97CA-A79588444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Jenny Steinhagen</cp:lastModifiedBy>
  <cp:revision>4</cp:revision>
  <dcterms:created xsi:type="dcterms:W3CDTF">2013-12-23T23:15:00Z</dcterms:created>
  <dcterms:modified xsi:type="dcterms:W3CDTF">2025-09-11T15:59:00Z</dcterms:modified>
  <cp:category/>
</cp:coreProperties>
</file>